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6377" w14:textId="77777777" w:rsidR="00EF5532" w:rsidRPr="00EF5532" w:rsidRDefault="00000000">
      <w:pPr>
        <w:jc w:val="center"/>
        <w:rPr>
          <w:rFonts w:cs="Times New Roman"/>
          <w:b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 xml:space="preserve">Academic Calendar 2025-26 </w:t>
      </w:r>
    </w:p>
    <w:p w14:paraId="3803882A" w14:textId="3A6E02EF" w:rsidR="009F6906" w:rsidRPr="00EF5532" w:rsidRDefault="00000000">
      <w:pPr>
        <w:jc w:val="center"/>
        <w:rPr>
          <w:rFonts w:cs="Times New Roman"/>
          <w:b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>(August 2025 to June 2026)</w:t>
      </w:r>
    </w:p>
    <w:p w14:paraId="377AA3BF" w14:textId="14CA92CA" w:rsidR="00EF5532" w:rsidRPr="00EF5532" w:rsidRDefault="00EF5532">
      <w:pPr>
        <w:jc w:val="center"/>
        <w:rPr>
          <w:rFonts w:cs="Times New Roman"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>Department of Political Science</w:t>
      </w:r>
    </w:p>
    <w:p w14:paraId="7A8B72F2" w14:textId="77777777" w:rsidR="009F6906" w:rsidRPr="00EF5532" w:rsidRDefault="00000000">
      <w:pPr>
        <w:jc w:val="center"/>
        <w:rPr>
          <w:rFonts w:cs="Times New Roman"/>
          <w:sz w:val="28"/>
          <w:szCs w:val="28"/>
        </w:rPr>
      </w:pPr>
      <w:r w:rsidRPr="00EF5532">
        <w:rPr>
          <w:rFonts w:cs="Times New Roman"/>
          <w:b/>
          <w:sz w:val="28"/>
          <w:szCs w:val="28"/>
        </w:rPr>
        <w:t>Lalit Chandra Bharali College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7"/>
        <w:gridCol w:w="899"/>
        <w:gridCol w:w="3267"/>
        <w:gridCol w:w="1290"/>
        <w:gridCol w:w="1275"/>
        <w:gridCol w:w="2852"/>
      </w:tblGrid>
      <w:tr w:rsidR="009F6906" w:rsidRPr="00EF5532" w14:paraId="618A4578" w14:textId="77777777" w:rsidTr="00EF5532">
        <w:trPr>
          <w:tblHeader/>
          <w:jc w:val="center"/>
        </w:trPr>
        <w:tc>
          <w:tcPr>
            <w:tcW w:w="1577" w:type="dxa"/>
            <w:vAlign w:val="center"/>
          </w:tcPr>
          <w:p w14:paraId="52C596E3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Month</w:t>
            </w:r>
          </w:p>
        </w:tc>
        <w:tc>
          <w:tcPr>
            <w:tcW w:w="899" w:type="dxa"/>
            <w:vAlign w:val="center"/>
          </w:tcPr>
          <w:p w14:paraId="013A6EBE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Dates</w:t>
            </w:r>
          </w:p>
        </w:tc>
        <w:tc>
          <w:tcPr>
            <w:tcW w:w="3267" w:type="dxa"/>
            <w:vAlign w:val="center"/>
          </w:tcPr>
          <w:p w14:paraId="39B70E32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Class/ Occasion</w:t>
            </w:r>
          </w:p>
        </w:tc>
        <w:tc>
          <w:tcPr>
            <w:tcW w:w="1290" w:type="dxa"/>
            <w:vAlign w:val="center"/>
          </w:tcPr>
          <w:p w14:paraId="3EA85D39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No. of Working Days</w:t>
            </w:r>
          </w:p>
        </w:tc>
        <w:tc>
          <w:tcPr>
            <w:tcW w:w="1275" w:type="dxa"/>
            <w:vAlign w:val="center"/>
          </w:tcPr>
          <w:p w14:paraId="5C0D1677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No. of Holidays</w:t>
            </w:r>
          </w:p>
        </w:tc>
        <w:tc>
          <w:tcPr>
            <w:tcW w:w="2852" w:type="dxa"/>
            <w:vAlign w:val="center"/>
          </w:tcPr>
          <w:p w14:paraId="7D23CD5C" w14:textId="77777777" w:rsidR="009F6906" w:rsidRPr="00EF5532" w:rsidRDefault="00000000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Remarks</w:t>
            </w:r>
          </w:p>
        </w:tc>
      </w:tr>
      <w:tr w:rsidR="00EF5532" w:rsidRPr="00EF5532" w14:paraId="143F6FC4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109800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August, 2025</w:t>
            </w:r>
          </w:p>
        </w:tc>
        <w:tc>
          <w:tcPr>
            <w:tcW w:w="899" w:type="dxa"/>
            <w:vAlign w:val="center"/>
          </w:tcPr>
          <w:p w14:paraId="3269943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1-2</w:t>
            </w:r>
          </w:p>
        </w:tc>
        <w:tc>
          <w:tcPr>
            <w:tcW w:w="3267" w:type="dxa"/>
            <w:vAlign w:val="center"/>
          </w:tcPr>
          <w:p w14:paraId="1767DA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62F5B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61D7E8F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4D6141B4" w14:textId="5D058FC9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Odd Semester Class</w:t>
            </w:r>
          </w:p>
          <w:p w14:paraId="27226B83" w14:textId="3969EC3C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Induction Program for Odd Semester Students</w:t>
            </w:r>
          </w:p>
          <w:p w14:paraId="331052A6" w14:textId="2F9887F3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Commemoration of College Foundation Day</w:t>
            </w:r>
          </w:p>
        </w:tc>
      </w:tr>
      <w:tr w:rsidR="00EF5532" w:rsidRPr="00EF5532" w14:paraId="5DD0DCD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0AF74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60D1CA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001181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A953F8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AB360B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E91E37C" w14:textId="4A377A72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1A82E1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B436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A696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4-9</w:t>
            </w:r>
          </w:p>
        </w:tc>
        <w:tc>
          <w:tcPr>
            <w:tcW w:w="3267" w:type="dxa"/>
            <w:vAlign w:val="center"/>
          </w:tcPr>
          <w:p w14:paraId="6DE228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83886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B87DC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627D877" w14:textId="3A8ECD3F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06A78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BFDE30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5FC65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267" w:type="dxa"/>
            <w:vAlign w:val="center"/>
          </w:tcPr>
          <w:p w14:paraId="6ED782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A3873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887A9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785BB2C" w14:textId="00262F31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4C2BCF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AEE6A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3D48A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11-14</w:t>
            </w:r>
          </w:p>
        </w:tc>
        <w:tc>
          <w:tcPr>
            <w:tcW w:w="3267" w:type="dxa"/>
            <w:vAlign w:val="center"/>
          </w:tcPr>
          <w:p w14:paraId="0BCBD9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65124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11FCB4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69A9E97" w14:textId="0E7F235B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00E55B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DD7BC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85514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630B3E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Independence Day</w:t>
            </w:r>
          </w:p>
        </w:tc>
        <w:tc>
          <w:tcPr>
            <w:tcW w:w="1290" w:type="dxa"/>
            <w:vAlign w:val="center"/>
          </w:tcPr>
          <w:p w14:paraId="416413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73A07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83B8FF4" w14:textId="75D3329A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A5EF76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FA16C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549BC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267" w:type="dxa"/>
            <w:vAlign w:val="center"/>
          </w:tcPr>
          <w:p w14:paraId="78DD91E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7339EB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425DA5A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DA9E911" w14:textId="32E67495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A5DC0C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8454C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81C7A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267" w:type="dxa"/>
            <w:vAlign w:val="center"/>
          </w:tcPr>
          <w:p w14:paraId="7ED57D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F3E7E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7F9E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9E89309" w14:textId="19725DE0" w:rsidR="00EF5532" w:rsidRPr="00EF5532" w:rsidRDefault="00EF5532" w:rsidP="0014542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A0B6BE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9B9331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0EAA87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18-23</w:t>
            </w:r>
          </w:p>
        </w:tc>
        <w:tc>
          <w:tcPr>
            <w:tcW w:w="3267" w:type="dxa"/>
            <w:vAlign w:val="center"/>
          </w:tcPr>
          <w:p w14:paraId="754CC6C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D727D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C570CB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290048D" w14:textId="73EE3DA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B93DA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337CF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F3031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56D5BE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60F615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B9A8CB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3165A5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6D6582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24369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4583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68D36E2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Tirubhav Tithi of Sri Sri Shankardev</w:t>
            </w:r>
          </w:p>
        </w:tc>
        <w:tc>
          <w:tcPr>
            <w:tcW w:w="1290" w:type="dxa"/>
            <w:vAlign w:val="center"/>
          </w:tcPr>
          <w:p w14:paraId="123539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EE5856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63BFFE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70E939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800B25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DC5F20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26-30</w:t>
            </w:r>
          </w:p>
        </w:tc>
        <w:tc>
          <w:tcPr>
            <w:tcW w:w="3267" w:type="dxa"/>
            <w:vAlign w:val="center"/>
          </w:tcPr>
          <w:p w14:paraId="4DE36C4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8BEE42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3E434A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685D3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3EAD0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540B8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E103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494630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4BC836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F0A4D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954B8B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3A134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980C5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C155A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3A3B9A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BA917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40FDBF8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52" w:type="dxa"/>
            <w:vMerge/>
            <w:vAlign w:val="center"/>
          </w:tcPr>
          <w:p w14:paraId="61A9980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60AB091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4902FA6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September, 2025</w:t>
            </w:r>
          </w:p>
        </w:tc>
        <w:tc>
          <w:tcPr>
            <w:tcW w:w="899" w:type="dxa"/>
            <w:vAlign w:val="center"/>
          </w:tcPr>
          <w:p w14:paraId="124D8A0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43B4058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C4408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08F75F9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01EE0867" w14:textId="09A43A1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Fresher’s Social</w:t>
            </w:r>
          </w:p>
          <w:p w14:paraId="23C4FB9C" w14:textId="7C5447E8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LCBCSU Elections</w:t>
            </w:r>
          </w:p>
          <w:p w14:paraId="151A891C" w14:textId="48579627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1st Sessional Examination</w:t>
            </w:r>
          </w:p>
        </w:tc>
      </w:tr>
      <w:tr w:rsidR="00EF5532" w:rsidRPr="00EF5532" w14:paraId="264FC3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32489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BC5C4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2D1300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D14E05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4F07E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929DEAA" w14:textId="73A7A83C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A2E390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D1D10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1C51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8-11</w:t>
            </w:r>
          </w:p>
        </w:tc>
        <w:tc>
          <w:tcPr>
            <w:tcW w:w="3267" w:type="dxa"/>
            <w:vAlign w:val="center"/>
          </w:tcPr>
          <w:p w14:paraId="3C6752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2D147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11AD42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EE24999" w14:textId="106E26F4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A75D32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A4E1E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1F127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6B97F53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Tirubhav Tithi of Sri Sri Madhavdev</w:t>
            </w:r>
          </w:p>
        </w:tc>
        <w:tc>
          <w:tcPr>
            <w:tcW w:w="1290" w:type="dxa"/>
            <w:vAlign w:val="center"/>
          </w:tcPr>
          <w:p w14:paraId="3FA642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84A543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68DD6CB" w14:textId="26D26919" w:rsidR="00EF5532" w:rsidRPr="00EF5532" w:rsidRDefault="00EF5532" w:rsidP="00442A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69C62D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53376B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25DE6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267" w:type="dxa"/>
            <w:vAlign w:val="center"/>
          </w:tcPr>
          <w:p w14:paraId="67581A8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9FF1DC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B26B0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646D669" w14:textId="592DAAED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DFB3F0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887E29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00D701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6E91C7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Sunday/ Janmastomi</w:t>
            </w:r>
          </w:p>
        </w:tc>
        <w:tc>
          <w:tcPr>
            <w:tcW w:w="1290" w:type="dxa"/>
            <w:vAlign w:val="center"/>
          </w:tcPr>
          <w:p w14:paraId="69A8B6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868EE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C9EAA6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7C3BBE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AACD53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37B8B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15-20</w:t>
            </w:r>
          </w:p>
        </w:tc>
        <w:tc>
          <w:tcPr>
            <w:tcW w:w="3267" w:type="dxa"/>
            <w:vAlign w:val="center"/>
          </w:tcPr>
          <w:p w14:paraId="65ACFB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82BB5D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FEC25E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17670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BEEE40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B0D1AA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0C49B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619398A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655043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6902E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44310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D255F6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6AF4D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E44550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22-27</w:t>
            </w:r>
          </w:p>
        </w:tc>
        <w:tc>
          <w:tcPr>
            <w:tcW w:w="3267" w:type="dxa"/>
            <w:vAlign w:val="center"/>
          </w:tcPr>
          <w:p w14:paraId="6E7E72D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4095E2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66DDE4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FF60B8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AEB2F9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DCA14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C80D4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357765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075CC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2D9E4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B1E77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5407EC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8D8D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081B7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4B6337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Durga Puja</w:t>
            </w:r>
          </w:p>
        </w:tc>
        <w:tc>
          <w:tcPr>
            <w:tcW w:w="1290" w:type="dxa"/>
            <w:vAlign w:val="center"/>
          </w:tcPr>
          <w:p w14:paraId="385A101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2279B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7472DAC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E15C2C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64C7A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F10C5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1661E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05B6C7D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501CD13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2852" w:type="dxa"/>
            <w:vMerge w:val="restart"/>
            <w:vAlign w:val="center"/>
          </w:tcPr>
          <w:p w14:paraId="7C9292C6" w14:textId="63282E35" w:rsidR="00EF5532" w:rsidRPr="00EF5532" w:rsidRDefault="00EF5532" w:rsidP="00C371D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2nd sessional Examination</w:t>
            </w:r>
          </w:p>
        </w:tc>
      </w:tr>
      <w:tr w:rsidR="00EF5532" w:rsidRPr="00EF5532" w14:paraId="1545C434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43DED22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October, 2025</w:t>
            </w:r>
          </w:p>
        </w:tc>
        <w:tc>
          <w:tcPr>
            <w:tcW w:w="899" w:type="dxa"/>
            <w:vAlign w:val="center"/>
          </w:tcPr>
          <w:p w14:paraId="56318F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464B4C8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Durga Puja/ Gandhi Jayanti/ Janmotsav of Sri Sri Shankardev/ Lakshmi Puja</w:t>
            </w:r>
          </w:p>
        </w:tc>
        <w:tc>
          <w:tcPr>
            <w:tcW w:w="1290" w:type="dxa"/>
            <w:vAlign w:val="center"/>
          </w:tcPr>
          <w:p w14:paraId="51C3DBD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1D4B5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384A4BAB" w14:textId="3FC1FEF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F84367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84B3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EC6F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7-11</w:t>
            </w:r>
          </w:p>
        </w:tc>
        <w:tc>
          <w:tcPr>
            <w:tcW w:w="3267" w:type="dxa"/>
            <w:vAlign w:val="center"/>
          </w:tcPr>
          <w:p w14:paraId="228306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7A97B0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5BE1CC7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06D63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CA7097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E29FB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BA4158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60DADC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75A0D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4C0B6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02092A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E8B300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F22797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89B7B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13-17</w:t>
            </w:r>
          </w:p>
        </w:tc>
        <w:tc>
          <w:tcPr>
            <w:tcW w:w="3267" w:type="dxa"/>
            <w:vAlign w:val="center"/>
          </w:tcPr>
          <w:p w14:paraId="2FE8C4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FB543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37FD4B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B462F2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8BE837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CBF30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DB466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3267" w:type="dxa"/>
            <w:vAlign w:val="center"/>
          </w:tcPr>
          <w:p w14:paraId="7CD8D18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Kati Bihu</w:t>
            </w:r>
          </w:p>
        </w:tc>
        <w:tc>
          <w:tcPr>
            <w:tcW w:w="1290" w:type="dxa"/>
            <w:vAlign w:val="center"/>
          </w:tcPr>
          <w:p w14:paraId="24EB79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8AB3DE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C73924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AE806A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FC6E48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C3A80B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267" w:type="dxa"/>
            <w:vAlign w:val="center"/>
          </w:tcPr>
          <w:p w14:paraId="5B67B1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41B46C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7812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A76CE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ACE881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2551F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69C8C3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3267" w:type="dxa"/>
            <w:vAlign w:val="center"/>
          </w:tcPr>
          <w:p w14:paraId="3EBC6CD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Kali Puja</w:t>
            </w:r>
          </w:p>
        </w:tc>
        <w:tc>
          <w:tcPr>
            <w:tcW w:w="1290" w:type="dxa"/>
            <w:vAlign w:val="center"/>
          </w:tcPr>
          <w:p w14:paraId="5DA7E01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C4D0C2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2D9062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B8722C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046FC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E4AC83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21-25</w:t>
            </w:r>
          </w:p>
        </w:tc>
        <w:tc>
          <w:tcPr>
            <w:tcW w:w="3267" w:type="dxa"/>
            <w:vAlign w:val="center"/>
          </w:tcPr>
          <w:p w14:paraId="15EF5AB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A78FB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2E57F3F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7F383C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67EA27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A4DE0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8A5593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1A5BFED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64BC3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3A3D04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E79820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393B5F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32B40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6066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27-31</w:t>
            </w:r>
          </w:p>
        </w:tc>
        <w:tc>
          <w:tcPr>
            <w:tcW w:w="3267" w:type="dxa"/>
            <w:vAlign w:val="center"/>
          </w:tcPr>
          <w:p w14:paraId="26364D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C48A5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59F99D5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814DDF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6F625F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4B8231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726ED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5B7F2BB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38BC16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75" w:type="dxa"/>
            <w:vAlign w:val="center"/>
          </w:tcPr>
          <w:p w14:paraId="22B011C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852" w:type="dxa"/>
            <w:vMerge/>
            <w:vAlign w:val="center"/>
          </w:tcPr>
          <w:p w14:paraId="57A744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5EC42BE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6C1B0C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November, 2025</w:t>
            </w:r>
          </w:p>
        </w:tc>
        <w:tc>
          <w:tcPr>
            <w:tcW w:w="899" w:type="dxa"/>
            <w:vAlign w:val="center"/>
          </w:tcPr>
          <w:p w14:paraId="64AC5B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433C229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506D07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217863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52A9577D" w14:textId="14AF16C1" w:rsid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* Awareness Drive at </w:t>
            </w:r>
            <w:proofErr w:type="spellStart"/>
            <w:r>
              <w:rPr>
                <w:rFonts w:cs="Times New Roman"/>
                <w:sz w:val="28"/>
                <w:szCs w:val="28"/>
              </w:rPr>
              <w:t>Jalukbari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area</w:t>
            </w:r>
          </w:p>
          <w:p w14:paraId="1452BBD8" w14:textId="77777777" w:rsid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Odd-End Semester Examination</w:t>
            </w:r>
          </w:p>
          <w:p w14:paraId="7537922F" w14:textId="77777777" w:rsidR="00C76DB8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* Lecture </w:t>
            </w:r>
            <w:proofErr w:type="spellStart"/>
            <w:r>
              <w:rPr>
                <w:rFonts w:cs="Times New Roman"/>
                <w:sz w:val="28"/>
                <w:szCs w:val="28"/>
              </w:rPr>
              <w:t>programme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on Constitution Day</w:t>
            </w:r>
          </w:p>
          <w:p w14:paraId="228D6870" w14:textId="285F9082" w:rsidR="00EF5532" w:rsidRPr="00EF5532" w:rsidRDefault="00C76DB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*Visit to Assam Legislative Assembly</w:t>
            </w:r>
          </w:p>
        </w:tc>
      </w:tr>
      <w:tr w:rsidR="00EF5532" w:rsidRPr="00EF5532" w14:paraId="2972940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3C9336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C537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10FF6CB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1FA9EB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A7C4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D282D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DCB59C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BA68A7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F1BE07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3-4</w:t>
            </w:r>
          </w:p>
        </w:tc>
        <w:tc>
          <w:tcPr>
            <w:tcW w:w="3267" w:type="dxa"/>
            <w:vAlign w:val="center"/>
          </w:tcPr>
          <w:p w14:paraId="5B7EDC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CE92D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08961F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23E5EE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D0F469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D40C2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87090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7" w:type="dxa"/>
            <w:vAlign w:val="center"/>
          </w:tcPr>
          <w:p w14:paraId="415F30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Guru Nanak’s Birthday</w:t>
            </w:r>
          </w:p>
        </w:tc>
        <w:tc>
          <w:tcPr>
            <w:tcW w:w="1290" w:type="dxa"/>
            <w:vAlign w:val="center"/>
          </w:tcPr>
          <w:p w14:paraId="7BE1F8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70F059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656DA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9FE196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E139D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17B88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6-8</w:t>
            </w:r>
          </w:p>
        </w:tc>
        <w:tc>
          <w:tcPr>
            <w:tcW w:w="3267" w:type="dxa"/>
            <w:vAlign w:val="center"/>
          </w:tcPr>
          <w:p w14:paraId="6B41E50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9FD6A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69E333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C3AE2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5F8E72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42196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7875B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267" w:type="dxa"/>
            <w:vAlign w:val="center"/>
          </w:tcPr>
          <w:p w14:paraId="2EC671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0DF5E9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E17FC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939B59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8D840D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8C7C5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2EE3B7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10-15</w:t>
            </w:r>
          </w:p>
        </w:tc>
        <w:tc>
          <w:tcPr>
            <w:tcW w:w="3267" w:type="dxa"/>
            <w:vAlign w:val="center"/>
          </w:tcPr>
          <w:p w14:paraId="486C46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CC6854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66F3EA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680DE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A02BBA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B3B249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6F74AB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267" w:type="dxa"/>
            <w:vAlign w:val="center"/>
          </w:tcPr>
          <w:p w14:paraId="67FAE9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FE1D5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D3ED2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E3E60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31C23C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5E5CB8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BBE26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17-22</w:t>
            </w:r>
          </w:p>
        </w:tc>
        <w:tc>
          <w:tcPr>
            <w:tcW w:w="3267" w:type="dxa"/>
            <w:vAlign w:val="center"/>
          </w:tcPr>
          <w:p w14:paraId="58E187B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F213E6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19636F4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6B0AE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3658AE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99484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19E61E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267" w:type="dxa"/>
            <w:vAlign w:val="center"/>
          </w:tcPr>
          <w:p w14:paraId="041E81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16C5FD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5A541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FC7E9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C1E5C5A" w14:textId="77777777" w:rsidTr="00EF5532">
        <w:trPr>
          <w:trHeight w:val="251"/>
          <w:jc w:val="center"/>
        </w:trPr>
        <w:tc>
          <w:tcPr>
            <w:tcW w:w="1577" w:type="dxa"/>
            <w:vMerge/>
            <w:vAlign w:val="center"/>
          </w:tcPr>
          <w:p w14:paraId="198E920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D8566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24-29</w:t>
            </w:r>
          </w:p>
        </w:tc>
        <w:tc>
          <w:tcPr>
            <w:tcW w:w="3267" w:type="dxa"/>
            <w:vAlign w:val="center"/>
          </w:tcPr>
          <w:p w14:paraId="51B8E57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D47878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C263D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201DA3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E4685B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3C9F51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5CD1C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3267" w:type="dxa"/>
            <w:vAlign w:val="center"/>
          </w:tcPr>
          <w:p w14:paraId="08C3636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C85CE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3A1BE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F03C26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50109D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283DD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7C9B7C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209C4DC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2761524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5B9ED02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76A437E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5D38920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63E4034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December, 2025</w:t>
            </w:r>
          </w:p>
        </w:tc>
        <w:tc>
          <w:tcPr>
            <w:tcW w:w="899" w:type="dxa"/>
            <w:vAlign w:val="center"/>
          </w:tcPr>
          <w:p w14:paraId="3D5EAA2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73B1D7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8A190B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39389C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37E265EF" w14:textId="579D89BE" w:rsid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* </w:t>
            </w:r>
            <w:r w:rsidR="00C76DB8">
              <w:rPr>
                <w:rFonts w:cs="Times New Roman"/>
                <w:sz w:val="28"/>
                <w:szCs w:val="28"/>
              </w:rPr>
              <w:t>Youth Parliament for B.A 3</w:t>
            </w:r>
            <w:r w:rsidR="00C76DB8" w:rsidRPr="00C76DB8">
              <w:rPr>
                <w:rFonts w:cs="Times New Roman"/>
                <w:sz w:val="28"/>
                <w:szCs w:val="28"/>
                <w:vertAlign w:val="superscript"/>
              </w:rPr>
              <w:t>rd</w:t>
            </w:r>
            <w:r w:rsidR="00C76DB8">
              <w:rPr>
                <w:rFonts w:cs="Times New Roman"/>
                <w:sz w:val="28"/>
                <w:szCs w:val="28"/>
              </w:rPr>
              <w:t xml:space="preserve"> semester students.</w:t>
            </w:r>
          </w:p>
          <w:p w14:paraId="4BEA47DB" w14:textId="7D4E175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Odd End Semester Examination and Examination Works</w:t>
            </w:r>
          </w:p>
        </w:tc>
      </w:tr>
      <w:tr w:rsidR="00EF5532" w:rsidRPr="00EF5532" w14:paraId="110326B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4098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C2339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6E668E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Asom Divas(Su-Ka-Pha Divas)</w:t>
            </w:r>
          </w:p>
        </w:tc>
        <w:tc>
          <w:tcPr>
            <w:tcW w:w="1290" w:type="dxa"/>
            <w:vAlign w:val="center"/>
          </w:tcPr>
          <w:p w14:paraId="6F6D54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04A8FD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77DD28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D049D1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0F11C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CED10B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3-6</w:t>
            </w:r>
          </w:p>
        </w:tc>
        <w:tc>
          <w:tcPr>
            <w:tcW w:w="3267" w:type="dxa"/>
            <w:vAlign w:val="center"/>
          </w:tcPr>
          <w:p w14:paraId="2DA732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25468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7B35AB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50432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CB702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50A77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D8550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4E65ED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74E0C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83D91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D01A2B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BFF641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19ACB8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A7E024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8-13</w:t>
            </w:r>
          </w:p>
        </w:tc>
        <w:tc>
          <w:tcPr>
            <w:tcW w:w="3267" w:type="dxa"/>
            <w:vAlign w:val="center"/>
          </w:tcPr>
          <w:p w14:paraId="4F2B60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E21D33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02B087C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9548F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8108F3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FB0D7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E4EB63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0CB1B9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92AC7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9336E7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5206D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7296DB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E52B8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68A39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15-20</w:t>
            </w:r>
          </w:p>
        </w:tc>
        <w:tc>
          <w:tcPr>
            <w:tcW w:w="3267" w:type="dxa"/>
            <w:vAlign w:val="center"/>
          </w:tcPr>
          <w:p w14:paraId="5FCA915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937C3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6B62447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3E945D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A7E245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B632E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6FC75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6E3EA4A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440CE8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53FDB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DDE0B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CFD6FB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44562D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4ECC8C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22-24</w:t>
            </w:r>
          </w:p>
        </w:tc>
        <w:tc>
          <w:tcPr>
            <w:tcW w:w="3267" w:type="dxa"/>
            <w:vAlign w:val="center"/>
          </w:tcPr>
          <w:p w14:paraId="4ADEBC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DFA136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5DC6C08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CD546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A390BE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1B39E9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2D6E7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59786C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Christmas</w:t>
            </w:r>
          </w:p>
        </w:tc>
        <w:tc>
          <w:tcPr>
            <w:tcW w:w="1290" w:type="dxa"/>
            <w:vAlign w:val="center"/>
          </w:tcPr>
          <w:p w14:paraId="7BEB386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9DF5C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8EB69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D4C276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98BC1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90870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26-27</w:t>
            </w:r>
          </w:p>
        </w:tc>
        <w:tc>
          <w:tcPr>
            <w:tcW w:w="3267" w:type="dxa"/>
            <w:vAlign w:val="center"/>
          </w:tcPr>
          <w:p w14:paraId="0099A2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0F69C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2FEA6E9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FA08C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01ACDF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D9133F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684AE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3B2F0CE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70EC7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D129FD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E8ADBB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637ED5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5BA3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98AA6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29-31</w:t>
            </w:r>
          </w:p>
        </w:tc>
        <w:tc>
          <w:tcPr>
            <w:tcW w:w="3267" w:type="dxa"/>
            <w:vAlign w:val="center"/>
          </w:tcPr>
          <w:p w14:paraId="27281D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8FAC08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56B851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782DF5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471438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A98A1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C890F5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11D409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A4484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275" w:type="dxa"/>
            <w:vAlign w:val="center"/>
          </w:tcPr>
          <w:p w14:paraId="51A0D3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21EA4B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8838AB6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78389B7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Jan, 2026</w:t>
            </w:r>
          </w:p>
        </w:tc>
        <w:tc>
          <w:tcPr>
            <w:tcW w:w="899" w:type="dxa"/>
            <w:vAlign w:val="center"/>
          </w:tcPr>
          <w:p w14:paraId="2EB0DC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1-18</w:t>
            </w:r>
          </w:p>
        </w:tc>
        <w:tc>
          <w:tcPr>
            <w:tcW w:w="3267" w:type="dxa"/>
            <w:vAlign w:val="center"/>
          </w:tcPr>
          <w:p w14:paraId="520DC3F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Winter Vacation</w:t>
            </w:r>
          </w:p>
        </w:tc>
        <w:tc>
          <w:tcPr>
            <w:tcW w:w="1290" w:type="dxa"/>
            <w:vAlign w:val="center"/>
          </w:tcPr>
          <w:p w14:paraId="7523B7A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48F1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 days</w:t>
            </w:r>
          </w:p>
        </w:tc>
        <w:tc>
          <w:tcPr>
            <w:tcW w:w="2852" w:type="dxa"/>
            <w:vMerge w:val="restart"/>
            <w:vAlign w:val="center"/>
          </w:tcPr>
          <w:p w14:paraId="06AF3571" w14:textId="07667B38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even semester classes</w:t>
            </w:r>
          </w:p>
          <w:p w14:paraId="67621319" w14:textId="1A19BFBB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C0A847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96D3F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F34C9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19-22</w:t>
            </w:r>
          </w:p>
        </w:tc>
        <w:tc>
          <w:tcPr>
            <w:tcW w:w="3267" w:type="dxa"/>
            <w:vAlign w:val="center"/>
          </w:tcPr>
          <w:p w14:paraId="072038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A20D7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58F855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9E25CAF" w14:textId="16C10A27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83B78D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A876E8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A78F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267" w:type="dxa"/>
            <w:vAlign w:val="center"/>
          </w:tcPr>
          <w:p w14:paraId="1F43864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Saraswati Puja</w:t>
            </w:r>
          </w:p>
        </w:tc>
        <w:tc>
          <w:tcPr>
            <w:tcW w:w="1290" w:type="dxa"/>
            <w:vAlign w:val="center"/>
          </w:tcPr>
          <w:p w14:paraId="7C8257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F7544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0DFE405" w14:textId="49F4A78E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9C6A9B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C96E46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3C64F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79E44E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694C6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549CCA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E1514AB" w14:textId="48D05470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2544B5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56A3A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764A28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0ABC8A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E2038E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33E9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37ECB91" w14:textId="692B3535" w:rsidR="00EF5532" w:rsidRPr="00EF5532" w:rsidRDefault="00EF5532" w:rsidP="00F5256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D80F68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6DB6E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337D6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715FD7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Republic Day</w:t>
            </w:r>
          </w:p>
        </w:tc>
        <w:tc>
          <w:tcPr>
            <w:tcW w:w="1290" w:type="dxa"/>
            <w:vAlign w:val="center"/>
          </w:tcPr>
          <w:p w14:paraId="04CAE6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EFB9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5AE5F0A" w14:textId="6913D8E4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127316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77F32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5C5EEF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3267" w:type="dxa"/>
            <w:vAlign w:val="center"/>
          </w:tcPr>
          <w:p w14:paraId="056DD84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Bathow Puja</w:t>
            </w:r>
          </w:p>
        </w:tc>
        <w:tc>
          <w:tcPr>
            <w:tcW w:w="1290" w:type="dxa"/>
            <w:vAlign w:val="center"/>
          </w:tcPr>
          <w:p w14:paraId="620E94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46A80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4DEC4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51FBE1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79E66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2CE230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28-30</w:t>
            </w:r>
          </w:p>
        </w:tc>
        <w:tc>
          <w:tcPr>
            <w:tcW w:w="3267" w:type="dxa"/>
            <w:vAlign w:val="center"/>
          </w:tcPr>
          <w:p w14:paraId="79235D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CBB3F3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167461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9BCA5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2DC7DA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DCD51A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8C140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08E615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Me-Dum-Me-Phi</w:t>
            </w:r>
          </w:p>
        </w:tc>
        <w:tc>
          <w:tcPr>
            <w:tcW w:w="1290" w:type="dxa"/>
            <w:vAlign w:val="center"/>
          </w:tcPr>
          <w:p w14:paraId="7DCFE9C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C4978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99DB9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C42EFD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FCE105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F56BA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D4407C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45EAB54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1275" w:type="dxa"/>
            <w:vAlign w:val="center"/>
          </w:tcPr>
          <w:p w14:paraId="583965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852" w:type="dxa"/>
            <w:vMerge/>
            <w:vAlign w:val="center"/>
          </w:tcPr>
          <w:p w14:paraId="2CEA1C0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B08A623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1EF90C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February, 2026</w:t>
            </w:r>
          </w:p>
        </w:tc>
        <w:tc>
          <w:tcPr>
            <w:tcW w:w="899" w:type="dxa"/>
            <w:vAlign w:val="center"/>
          </w:tcPr>
          <w:p w14:paraId="53740A9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3267" w:type="dxa"/>
            <w:vAlign w:val="center"/>
          </w:tcPr>
          <w:p w14:paraId="25C83EE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Sunday/ Bir Chilaray Divas</w:t>
            </w:r>
          </w:p>
        </w:tc>
        <w:tc>
          <w:tcPr>
            <w:tcW w:w="1290" w:type="dxa"/>
            <w:vAlign w:val="center"/>
          </w:tcPr>
          <w:p w14:paraId="0E21957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96F812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0BBDEC55" w14:textId="4D6F68D8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 xml:space="preserve">College Week, 2026 </w:t>
            </w:r>
          </w:p>
          <w:p w14:paraId="05BB3C65" w14:textId="2E5EDEA3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D6E702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5DA76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8FE8B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02-07</w:t>
            </w:r>
          </w:p>
        </w:tc>
        <w:tc>
          <w:tcPr>
            <w:tcW w:w="3267" w:type="dxa"/>
            <w:vAlign w:val="center"/>
          </w:tcPr>
          <w:p w14:paraId="584A790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C1301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02994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63E41C9" w14:textId="1293D9E2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ADADB0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0D20BA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51593A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08</w:t>
            </w:r>
          </w:p>
        </w:tc>
        <w:tc>
          <w:tcPr>
            <w:tcW w:w="3267" w:type="dxa"/>
            <w:vAlign w:val="center"/>
          </w:tcPr>
          <w:p w14:paraId="37CF52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7A76A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CB11BF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189B469" w14:textId="73437321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B27BCB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911DF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BD0A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09-14</w:t>
            </w:r>
          </w:p>
        </w:tc>
        <w:tc>
          <w:tcPr>
            <w:tcW w:w="3267" w:type="dxa"/>
            <w:vAlign w:val="center"/>
          </w:tcPr>
          <w:p w14:paraId="085A79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1F9BF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544D3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C65096F" w14:textId="77CE02DB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500A40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E80A18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7C2D14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77E4559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Sunday/ Mahashivratri</w:t>
            </w:r>
          </w:p>
        </w:tc>
        <w:tc>
          <w:tcPr>
            <w:tcW w:w="1290" w:type="dxa"/>
            <w:vAlign w:val="center"/>
          </w:tcPr>
          <w:p w14:paraId="0DB504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48C09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B4F1C62" w14:textId="503E100E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648388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4A29FB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DD678F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16-21</w:t>
            </w:r>
          </w:p>
        </w:tc>
        <w:tc>
          <w:tcPr>
            <w:tcW w:w="3267" w:type="dxa"/>
            <w:vAlign w:val="center"/>
          </w:tcPr>
          <w:p w14:paraId="37EB5F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BC5B95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B6448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1376C72" w14:textId="5DFC1157" w:rsidR="00EF5532" w:rsidRPr="00EF5532" w:rsidRDefault="00EF5532" w:rsidP="004D01A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41E123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ACF7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59BB68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3267" w:type="dxa"/>
            <w:vAlign w:val="center"/>
          </w:tcPr>
          <w:p w14:paraId="71B74FC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07BAE2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3D4DE9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86B36B1" w14:textId="62134996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C3C29D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ADDA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89485D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23-28</w:t>
            </w:r>
          </w:p>
        </w:tc>
        <w:tc>
          <w:tcPr>
            <w:tcW w:w="3267" w:type="dxa"/>
            <w:vAlign w:val="center"/>
          </w:tcPr>
          <w:p w14:paraId="14DF48A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4F2BCF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F48B74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3AB432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17664F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B1D6A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95458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539A317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5D67F2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77E03CE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2852" w:type="dxa"/>
            <w:vMerge/>
            <w:vAlign w:val="center"/>
          </w:tcPr>
          <w:p w14:paraId="708C4D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009700E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460C2A1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March, 2026</w:t>
            </w:r>
          </w:p>
        </w:tc>
        <w:tc>
          <w:tcPr>
            <w:tcW w:w="899" w:type="dxa"/>
            <w:vAlign w:val="center"/>
          </w:tcPr>
          <w:p w14:paraId="5BB70CA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186CE5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4AAEF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CA663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1BE4F65C" w14:textId="201EBA4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1st Sessional Examination, from 23rd March</w:t>
            </w:r>
          </w:p>
          <w:p w14:paraId="2656EE87" w14:textId="4D2D32C7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Alumni Meet</w:t>
            </w:r>
          </w:p>
        </w:tc>
      </w:tr>
      <w:tr w:rsidR="00EF5532" w:rsidRPr="00EF5532" w14:paraId="15EEE75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51CC01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015D7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6E6B596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Khring Khring Bathow Puja</w:t>
            </w:r>
          </w:p>
        </w:tc>
        <w:tc>
          <w:tcPr>
            <w:tcW w:w="1290" w:type="dxa"/>
            <w:vAlign w:val="center"/>
          </w:tcPr>
          <w:p w14:paraId="275271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C9EF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E0160E3" w14:textId="10E0D200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0E2C5D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92EC13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B71A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486FFC2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Dol Jatra</w:t>
            </w:r>
          </w:p>
        </w:tc>
        <w:tc>
          <w:tcPr>
            <w:tcW w:w="1290" w:type="dxa"/>
            <w:vAlign w:val="center"/>
          </w:tcPr>
          <w:p w14:paraId="0B2864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7AF7B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21A956A" w14:textId="7B81C2D1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B20B2D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6CBD99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5682B1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04-07</w:t>
            </w:r>
          </w:p>
        </w:tc>
        <w:tc>
          <w:tcPr>
            <w:tcW w:w="3267" w:type="dxa"/>
            <w:vAlign w:val="center"/>
          </w:tcPr>
          <w:p w14:paraId="4849B6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EF1A97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28002B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99C4570" w14:textId="78664DA6" w:rsidR="00EF5532" w:rsidRPr="00EF5532" w:rsidRDefault="00EF5532" w:rsidP="00DF45C0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25EBF1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07A34E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B4B73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08</w:t>
            </w:r>
          </w:p>
        </w:tc>
        <w:tc>
          <w:tcPr>
            <w:tcW w:w="3267" w:type="dxa"/>
            <w:vAlign w:val="center"/>
          </w:tcPr>
          <w:p w14:paraId="28AB43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D4108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2EF43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FEB5669" w14:textId="59DFF8DD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B0CDF8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7D540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B10A2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09-14</w:t>
            </w:r>
          </w:p>
        </w:tc>
        <w:tc>
          <w:tcPr>
            <w:tcW w:w="3267" w:type="dxa"/>
            <w:vAlign w:val="center"/>
          </w:tcPr>
          <w:p w14:paraId="282CD6F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B3F0B7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1CA85A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01A110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D01A2B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7E844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491A99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6323AC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6AA3F9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FA3EA1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E584F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BA5AD0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2CCC98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5B57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16-20</w:t>
            </w:r>
          </w:p>
        </w:tc>
        <w:tc>
          <w:tcPr>
            <w:tcW w:w="3267" w:type="dxa"/>
            <w:vAlign w:val="center"/>
          </w:tcPr>
          <w:p w14:paraId="3C3674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01B570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03E74ED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BC83BA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17990D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DEB5E8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9952B7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21-22</w:t>
            </w:r>
          </w:p>
        </w:tc>
        <w:tc>
          <w:tcPr>
            <w:tcW w:w="3267" w:type="dxa"/>
            <w:vAlign w:val="center"/>
          </w:tcPr>
          <w:p w14:paraId="0AB256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Id-UI Fitr</w:t>
            </w:r>
          </w:p>
        </w:tc>
        <w:tc>
          <w:tcPr>
            <w:tcW w:w="1290" w:type="dxa"/>
            <w:vAlign w:val="center"/>
          </w:tcPr>
          <w:p w14:paraId="76A1725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AAC339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2B442C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1D1BDB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FB68C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93EC8F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23-28</w:t>
            </w:r>
          </w:p>
        </w:tc>
        <w:tc>
          <w:tcPr>
            <w:tcW w:w="3267" w:type="dxa"/>
            <w:vAlign w:val="center"/>
          </w:tcPr>
          <w:p w14:paraId="78AFC3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9E932C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524E7B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7F309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04BE92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667FAC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0CBA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3267" w:type="dxa"/>
            <w:vAlign w:val="center"/>
          </w:tcPr>
          <w:p w14:paraId="7962478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5EE7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DF25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CBE6C4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C2B359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3D754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CA2B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30-31</w:t>
            </w:r>
          </w:p>
        </w:tc>
        <w:tc>
          <w:tcPr>
            <w:tcW w:w="3267" w:type="dxa"/>
            <w:vAlign w:val="center"/>
          </w:tcPr>
          <w:p w14:paraId="49E9D7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B03956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4387B2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7CE9B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760EAC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0B4F1C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8AB163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167EF53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F91689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2866322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/>
            <w:vAlign w:val="center"/>
          </w:tcPr>
          <w:p w14:paraId="739E34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D519F22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7C1C5C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April, 2026</w:t>
            </w:r>
          </w:p>
        </w:tc>
        <w:tc>
          <w:tcPr>
            <w:tcW w:w="899" w:type="dxa"/>
            <w:vAlign w:val="center"/>
          </w:tcPr>
          <w:p w14:paraId="670C737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1-2</w:t>
            </w:r>
          </w:p>
        </w:tc>
        <w:tc>
          <w:tcPr>
            <w:tcW w:w="3267" w:type="dxa"/>
            <w:vAlign w:val="center"/>
          </w:tcPr>
          <w:p w14:paraId="63B6A99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196093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23ED1FC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5AE92587" w14:textId="5A01E724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2nd Sessional Examination from 17th April</w:t>
            </w:r>
          </w:p>
        </w:tc>
      </w:tr>
      <w:tr w:rsidR="00EF5532" w:rsidRPr="00EF5532" w14:paraId="0D47B11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F52B53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FDEA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3267" w:type="dxa"/>
            <w:vAlign w:val="center"/>
          </w:tcPr>
          <w:p w14:paraId="0218FD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Good Friday</w:t>
            </w:r>
          </w:p>
        </w:tc>
        <w:tc>
          <w:tcPr>
            <w:tcW w:w="1290" w:type="dxa"/>
            <w:vAlign w:val="center"/>
          </w:tcPr>
          <w:p w14:paraId="13C1CD4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CEDC67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18E466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BDA348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260ABA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1A6BE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3267" w:type="dxa"/>
            <w:vAlign w:val="center"/>
          </w:tcPr>
          <w:p w14:paraId="14F285B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70126C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423A9E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DEB02E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F4F003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D1CE64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8BAC1C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7" w:type="dxa"/>
            <w:vAlign w:val="center"/>
          </w:tcPr>
          <w:p w14:paraId="2FA7D70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4F170E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D841D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60797A2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42A076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4C8B2C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7F198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6-11</w:t>
            </w:r>
          </w:p>
        </w:tc>
        <w:tc>
          <w:tcPr>
            <w:tcW w:w="3267" w:type="dxa"/>
            <w:vAlign w:val="center"/>
          </w:tcPr>
          <w:p w14:paraId="0102B0A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F3FA6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27D1063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8E8C06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8B94A9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B6A1DE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109346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192D24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3EA635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1F2767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DB6CBE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091568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77056E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C1DA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267" w:type="dxa"/>
            <w:vAlign w:val="center"/>
          </w:tcPr>
          <w:p w14:paraId="46EE9F5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B64E3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7882B16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8DC25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DE8A80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2B1E77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E0999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14-16</w:t>
            </w:r>
          </w:p>
        </w:tc>
        <w:tc>
          <w:tcPr>
            <w:tcW w:w="3267" w:type="dxa"/>
            <w:vAlign w:val="center"/>
          </w:tcPr>
          <w:p w14:paraId="714BB78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Bohag Bihu</w:t>
            </w:r>
          </w:p>
        </w:tc>
        <w:tc>
          <w:tcPr>
            <w:tcW w:w="1290" w:type="dxa"/>
            <w:vAlign w:val="center"/>
          </w:tcPr>
          <w:p w14:paraId="00CBAC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962C0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2852" w:type="dxa"/>
            <w:vMerge/>
            <w:vAlign w:val="center"/>
          </w:tcPr>
          <w:p w14:paraId="3C22CB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00200E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181BE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83632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17-18</w:t>
            </w:r>
          </w:p>
        </w:tc>
        <w:tc>
          <w:tcPr>
            <w:tcW w:w="3267" w:type="dxa"/>
            <w:vAlign w:val="center"/>
          </w:tcPr>
          <w:p w14:paraId="70806EB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A2559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55EA1B4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1124E8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C62ED2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7E9F1D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4EEAC7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267" w:type="dxa"/>
            <w:vAlign w:val="center"/>
          </w:tcPr>
          <w:p w14:paraId="335B9E2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CF5C9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A1F001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2525A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B5E740A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A317CF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793CA3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20-25</w:t>
            </w:r>
          </w:p>
        </w:tc>
        <w:tc>
          <w:tcPr>
            <w:tcW w:w="3267" w:type="dxa"/>
            <w:vAlign w:val="center"/>
          </w:tcPr>
          <w:p w14:paraId="7BC2CDC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B5CD43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345E6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1BB2F4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92C4FA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196710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37B32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583DBC0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363356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03A61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4708017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15EC326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53F7857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9C805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27-30</w:t>
            </w:r>
          </w:p>
        </w:tc>
        <w:tc>
          <w:tcPr>
            <w:tcW w:w="3267" w:type="dxa"/>
            <w:vAlign w:val="center"/>
          </w:tcPr>
          <w:p w14:paraId="699A99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B12925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42860B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B86119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D03351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B71601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7806A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646FC12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2E5169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75" w:type="dxa"/>
            <w:vAlign w:val="center"/>
          </w:tcPr>
          <w:p w14:paraId="04599F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/>
            <w:vAlign w:val="center"/>
          </w:tcPr>
          <w:p w14:paraId="7D5690F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367EDCE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7F1938A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May, 2026</w:t>
            </w:r>
          </w:p>
        </w:tc>
        <w:tc>
          <w:tcPr>
            <w:tcW w:w="899" w:type="dxa"/>
            <w:vAlign w:val="center"/>
          </w:tcPr>
          <w:p w14:paraId="059E610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27FC98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May Day/ Buddha Purnima</w:t>
            </w:r>
          </w:p>
        </w:tc>
        <w:tc>
          <w:tcPr>
            <w:tcW w:w="1290" w:type="dxa"/>
            <w:vAlign w:val="center"/>
          </w:tcPr>
          <w:p w14:paraId="2083274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28648D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54A685CD" w14:textId="160D2AAB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Even- end semester examinations from 15th May</w:t>
            </w:r>
          </w:p>
        </w:tc>
      </w:tr>
      <w:tr w:rsidR="00EF5532" w:rsidRPr="00EF5532" w14:paraId="0533D3F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51AB3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C69FF6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4977088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68FDA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7C4BC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19250D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5DF2774E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056B93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A0C45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13DAD24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CC09C2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433087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4D7981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21844B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9D7DA1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8D61CF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4-9</w:t>
            </w:r>
          </w:p>
        </w:tc>
        <w:tc>
          <w:tcPr>
            <w:tcW w:w="3267" w:type="dxa"/>
            <w:vAlign w:val="center"/>
          </w:tcPr>
          <w:p w14:paraId="3920FD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1B1A60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573C1B6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7F3769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0DE9638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811B2A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FF2F5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267" w:type="dxa"/>
            <w:vAlign w:val="center"/>
          </w:tcPr>
          <w:p w14:paraId="7DC72C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FAE20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BD396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94ED8C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56B45D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635B2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1F98A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11-16</w:t>
            </w:r>
          </w:p>
        </w:tc>
        <w:tc>
          <w:tcPr>
            <w:tcW w:w="3267" w:type="dxa"/>
            <w:vAlign w:val="center"/>
          </w:tcPr>
          <w:p w14:paraId="483020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95117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7025FA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711D8B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86AEA8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F6308D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581C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267" w:type="dxa"/>
            <w:vAlign w:val="center"/>
          </w:tcPr>
          <w:p w14:paraId="404DB4E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0022F3C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7EE6F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14613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3AB72CB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8B38F4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B8BD7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18-23</w:t>
            </w:r>
          </w:p>
        </w:tc>
        <w:tc>
          <w:tcPr>
            <w:tcW w:w="3267" w:type="dxa"/>
            <w:vAlign w:val="center"/>
          </w:tcPr>
          <w:p w14:paraId="0EE4B03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6492F0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09D315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597A0FA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3E64932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03A76E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DEFD49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74BB241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6500D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DE1AA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6B0B39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4B36EFC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492FCD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5FAEA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25-26</w:t>
            </w:r>
          </w:p>
        </w:tc>
        <w:tc>
          <w:tcPr>
            <w:tcW w:w="3267" w:type="dxa"/>
            <w:vAlign w:val="center"/>
          </w:tcPr>
          <w:p w14:paraId="65F29B3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7387AC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3CCBAF5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6D125E2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F365EE9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2B5B1F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F78D9F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27-28</w:t>
            </w:r>
          </w:p>
        </w:tc>
        <w:tc>
          <w:tcPr>
            <w:tcW w:w="3267" w:type="dxa"/>
            <w:vAlign w:val="center"/>
          </w:tcPr>
          <w:p w14:paraId="4A4DFFD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Id-Uz-Zuha</w:t>
            </w:r>
          </w:p>
        </w:tc>
        <w:tc>
          <w:tcPr>
            <w:tcW w:w="1290" w:type="dxa"/>
            <w:vAlign w:val="center"/>
          </w:tcPr>
          <w:p w14:paraId="2D5DB12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E62064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119794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2E1BB581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3E40A2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E67522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1CC7EB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CAB099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089B1F6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421155F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5E971E3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80EE8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F4EAB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44DE1BE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7E1D65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DE7DA5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52B0DBB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3B19E5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7C3081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019AF5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1468B92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09311F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7525D91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/>
            <w:vAlign w:val="center"/>
          </w:tcPr>
          <w:p w14:paraId="4805704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3A5D60A" w14:textId="77777777" w:rsidTr="00EF5532">
        <w:trPr>
          <w:jc w:val="center"/>
        </w:trPr>
        <w:tc>
          <w:tcPr>
            <w:tcW w:w="1577" w:type="dxa"/>
            <w:vMerge w:val="restart"/>
            <w:vAlign w:val="center"/>
          </w:tcPr>
          <w:p w14:paraId="2013AF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b/>
                <w:sz w:val="28"/>
                <w:szCs w:val="28"/>
              </w:rPr>
              <w:t>June, 2026</w:t>
            </w:r>
          </w:p>
        </w:tc>
        <w:tc>
          <w:tcPr>
            <w:tcW w:w="899" w:type="dxa"/>
            <w:vAlign w:val="center"/>
          </w:tcPr>
          <w:p w14:paraId="2E2E16A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3926E0B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38808E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4CB3F4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3EACC255" w14:textId="122AACC1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Admission/ Examination Activities from 1-15th June</w:t>
            </w:r>
          </w:p>
          <w:p w14:paraId="04A8166B" w14:textId="5F1191BD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Commencement of 3rd and 5th Semester</w:t>
            </w:r>
          </w:p>
          <w:p w14:paraId="7447055E" w14:textId="4010E3FD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</w:t>
            </w:r>
            <w:r w:rsidRPr="00EF5532">
              <w:rPr>
                <w:rFonts w:cs="Times New Roman"/>
                <w:sz w:val="28"/>
                <w:szCs w:val="28"/>
              </w:rPr>
              <w:t>Commemoration of World Environment Day</w:t>
            </w:r>
          </w:p>
        </w:tc>
      </w:tr>
      <w:tr w:rsidR="00EF5532" w:rsidRPr="00EF5532" w14:paraId="2559E37F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C1137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B8117C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527AB1A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7FECEC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4E8F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01E766A8" w14:textId="3DCB6349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6928C77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047935E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91614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08-13</w:t>
            </w:r>
          </w:p>
        </w:tc>
        <w:tc>
          <w:tcPr>
            <w:tcW w:w="3267" w:type="dxa"/>
            <w:vAlign w:val="center"/>
          </w:tcPr>
          <w:p w14:paraId="1F0ADEA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F0BA60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CECFE5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2AE6E2AB" w14:textId="5D306AB6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5ED0B74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F23A2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52FFA1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5C9ABAF1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702A74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D87F6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3B9C4AC4" w14:textId="2312AE60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10039C5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21DD619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4F4DE6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0104F06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586A6B6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9B6560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/>
            <w:vAlign w:val="center"/>
          </w:tcPr>
          <w:p w14:paraId="33103665" w14:textId="5A3354FC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304E015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759121F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BD1370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16-20</w:t>
            </w:r>
          </w:p>
        </w:tc>
        <w:tc>
          <w:tcPr>
            <w:tcW w:w="3267" w:type="dxa"/>
            <w:vAlign w:val="center"/>
          </w:tcPr>
          <w:p w14:paraId="04390534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1A89407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E7A948F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2852" w:type="dxa"/>
            <w:vMerge/>
            <w:vAlign w:val="center"/>
          </w:tcPr>
          <w:p w14:paraId="5FA1F36F" w14:textId="20A6FA94" w:rsidR="00EF5532" w:rsidRPr="00EF5532" w:rsidRDefault="00EF5532" w:rsidP="00FE313E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6E30E22B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4D15820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D2974A5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4A6CC9B0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82466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D45CC7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27F7F2F8" w14:textId="1D8D4538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4D25D580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646186C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7D57F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22-27</w:t>
            </w:r>
          </w:p>
        </w:tc>
        <w:tc>
          <w:tcPr>
            <w:tcW w:w="3267" w:type="dxa"/>
            <w:vAlign w:val="center"/>
          </w:tcPr>
          <w:p w14:paraId="3FA565D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4741D12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300FD3D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2852" w:type="dxa"/>
            <w:vMerge/>
            <w:vAlign w:val="center"/>
          </w:tcPr>
          <w:p w14:paraId="17FFD89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7A36B23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3F7C80D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66897AC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158F5ED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836A1F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2F07998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/>
            <w:vAlign w:val="center"/>
          </w:tcPr>
          <w:p w14:paraId="7E756F2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F5532" w:rsidRPr="00EF5532" w14:paraId="07F6EDED" w14:textId="77777777" w:rsidTr="00EF5532">
        <w:trPr>
          <w:jc w:val="center"/>
        </w:trPr>
        <w:tc>
          <w:tcPr>
            <w:tcW w:w="1577" w:type="dxa"/>
            <w:vMerge/>
            <w:vAlign w:val="center"/>
          </w:tcPr>
          <w:p w14:paraId="1F60C479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E5E289A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5D488332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41DDFA8B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E1771E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  <w:r w:rsidRPr="00EF5532"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/>
            <w:vAlign w:val="center"/>
          </w:tcPr>
          <w:p w14:paraId="13A3A4D3" w14:textId="77777777" w:rsidR="00EF5532" w:rsidRPr="00EF5532" w:rsidRDefault="00EF5532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27124436" w14:textId="1CD51E9B" w:rsidR="009F6906" w:rsidRPr="00EF5532" w:rsidRDefault="00000000">
      <w:pPr>
        <w:spacing w:after="0" w:line="240" w:lineRule="auto"/>
        <w:jc w:val="right"/>
        <w:rPr>
          <w:rFonts w:cs="Times New Roman"/>
          <w:sz w:val="28"/>
          <w:szCs w:val="28"/>
        </w:rPr>
      </w:pPr>
      <w:r w:rsidRPr="00EF5532">
        <w:rPr>
          <w:rFonts w:cs="Times New Roman"/>
          <w:sz w:val="28"/>
          <w:szCs w:val="28"/>
        </w:rPr>
        <w:br/>
      </w:r>
    </w:p>
    <w:sectPr w:rsidR="009F6906" w:rsidRPr="00EF5532" w:rsidSect="00034616">
      <w:pgSz w:w="12240" w:h="15840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1981194">
    <w:abstractNumId w:val="8"/>
  </w:num>
  <w:num w:numId="2" w16cid:durableId="1521578605">
    <w:abstractNumId w:val="6"/>
  </w:num>
  <w:num w:numId="3" w16cid:durableId="1809393414">
    <w:abstractNumId w:val="5"/>
  </w:num>
  <w:num w:numId="4" w16cid:durableId="926888857">
    <w:abstractNumId w:val="4"/>
  </w:num>
  <w:num w:numId="5" w16cid:durableId="942616301">
    <w:abstractNumId w:val="7"/>
  </w:num>
  <w:num w:numId="6" w16cid:durableId="900024446">
    <w:abstractNumId w:val="3"/>
  </w:num>
  <w:num w:numId="7" w16cid:durableId="718867702">
    <w:abstractNumId w:val="2"/>
  </w:num>
  <w:num w:numId="8" w16cid:durableId="950938192">
    <w:abstractNumId w:val="1"/>
  </w:num>
  <w:num w:numId="9" w16cid:durableId="129991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76544"/>
    <w:rsid w:val="00980D29"/>
    <w:rsid w:val="009F6906"/>
    <w:rsid w:val="00AA1D8D"/>
    <w:rsid w:val="00B47730"/>
    <w:rsid w:val="00C76DB8"/>
    <w:rsid w:val="00CB0664"/>
    <w:rsid w:val="00E40DF1"/>
    <w:rsid w:val="00EF55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84798D"/>
  <w14:defaultImageDpi w14:val="300"/>
  <w15:docId w15:val="{3EDA02A5-E706-42A8-8C15-22D2454B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Lienthang</cp:lastModifiedBy>
  <cp:revision>4</cp:revision>
  <dcterms:created xsi:type="dcterms:W3CDTF">2013-12-23T23:15:00Z</dcterms:created>
  <dcterms:modified xsi:type="dcterms:W3CDTF">2026-10-01T05:42:00Z</dcterms:modified>
  <cp:category/>
</cp:coreProperties>
</file>